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rFonts w:ascii="Aptos Display" w:hAnsi="Aptos Display"/>
          <w:b/>
          <w:sz w:val="40"/>
        </w:rPr>
        <w:t>30 ЛУЧШИХ ШКОЛ</w:t>
      </w:r>
    </w:p>
    <w:p>
      <w:pPr>
        <w:spacing w:after="360"/>
        <w:jc w:val="center"/>
      </w:pPr>
      <w:r>
        <w:rPr>
          <w:i/>
          <w:sz w:val="22"/>
        </w:rPr>
        <w:t>по итогам 2022–2023 учебного года</w:t>
      </w:r>
    </w:p>
    <w:p>
      <w:pPr>
        <w:spacing w:after="400"/>
        <w:jc w:val="center"/>
      </w:pPr>
      <w:r>
        <w:rPr>
          <w:b/>
          <w:sz w:val="22"/>
        </w:rPr>
        <w:t>РЕСПУБЛИКА СЕВЕРНАЯ ОСЕТИЯ — АЛАНИЯ</w:t>
      </w:r>
    </w:p>
    <w:p>
      <w:pPr>
        <w:spacing w:before="280" w:after="160"/>
        <w:shd w:fill="E9EEF5"/>
      </w:pPr>
      <w:r>
        <w:rPr>
          <w:rFonts w:ascii="Aptos Display" w:hAnsi="Aptos Display"/>
          <w:b/>
          <w:sz w:val="30"/>
        </w:rPr>
        <w:t>30 лучших школ, расположенных в городской местности</w:t>
      </w:r>
    </w:p>
    <w:p>
      <w:pPr>
        <w:jc w:val="left"/>
      </w:pPr>
      <w:r>
        <w:rPr>
          <w:i/>
        </w:rPr>
        <w:t>По итогам 2022–2023 учебного года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1.  </w:t>
      </w:r>
      <w:r>
        <w:rPr>
          <w:sz w:val="21"/>
        </w:rPr>
        <w:t>Муниципальное бюджетное общеобразовательное учреждение ордена «Знак Почета» гимназия № 5 им. Луначарского А.В. (г. Владикавказ)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2.  </w:t>
      </w:r>
      <w:r>
        <w:rPr>
          <w:sz w:val="21"/>
        </w:rPr>
        <w:t>Муниципальное бюджетное общеобразовательное учреждение средняя общеобразовательная школа №38 (многопрофильная) им. В. М. Дегоева (г. Владикавказ)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3.  </w:t>
      </w:r>
      <w:r>
        <w:rPr>
          <w:sz w:val="21"/>
        </w:rPr>
        <w:t>Муниципальное бюджетное общеобразовательное учреждение средняя общеобразовательная школа №1 имени Героя Советского Союза Г.В. Пасынкова г. Ардона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4.  </w:t>
      </w:r>
      <w:r>
        <w:rPr>
          <w:sz w:val="21"/>
        </w:rPr>
        <w:t>Муниципальное бюджетное общеобразовательное учреждение средняя общеобразовательная школа №30 (г. Владикавказ)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5.  </w:t>
      </w:r>
      <w:r>
        <w:rPr>
          <w:sz w:val="21"/>
        </w:rPr>
        <w:t>Муниципальное бюджетное общеобразовательной учреждение средняя общеобразовательная многопрофильная школа № 44 им. В. Кудзоева (г. Владикавказ)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6.  </w:t>
      </w:r>
      <w:r>
        <w:rPr>
          <w:sz w:val="21"/>
        </w:rPr>
        <w:t>Государственное бюджетное общеобразовательное учреждение «Республиканский физико-математический лицей-интернат»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7.  </w:t>
      </w:r>
      <w:r>
        <w:rPr>
          <w:sz w:val="21"/>
        </w:rPr>
        <w:t>Муниципальное автономное общеобразовательное учреждение – базовая средняя общеобразовательная школа №7 им. А.С.Пушкина с углубленным изучением английского языка (г. Владикавказ)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8.  </w:t>
      </w:r>
      <w:r>
        <w:rPr>
          <w:sz w:val="21"/>
        </w:rPr>
        <w:t>Муниципальное бюджетное общеобразовательное учреждение-лицей г. Владикавказ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9.  </w:t>
      </w:r>
      <w:r>
        <w:rPr>
          <w:sz w:val="21"/>
        </w:rPr>
        <w:t>Муниципальное бюджетное общеобразовательное учреждение средняя общеобразовательная школа № 3 имени Корневой С.В. (г. Владикавказ)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10.  </w:t>
      </w:r>
      <w:r>
        <w:rPr>
          <w:sz w:val="21"/>
        </w:rPr>
        <w:t>Муниципальное бюджетное общеобразовательное учреждение средняя общеобразовательная школа №2 г. Алагира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11.  </w:t>
      </w:r>
      <w:r>
        <w:rPr>
          <w:sz w:val="21"/>
        </w:rPr>
        <w:t>Муниципальное бюджетное общеобразовательное учреждение средняя общеобразовательная школа №42 имени Героя Советского Союза Хаджи-Умара Джиоровича Мамсурова (г. Владикавказ)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12.  </w:t>
      </w:r>
      <w:r>
        <w:rPr>
          <w:sz w:val="21"/>
        </w:rPr>
        <w:t>Муниципальное бюджетное общеобразовательное учреждение средняя общеобразовательная школа №3 г. Алагира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13.  </w:t>
      </w:r>
      <w:r>
        <w:rPr>
          <w:sz w:val="21"/>
        </w:rPr>
        <w:t>Муниципальное бюджетное общеобразовательное учреждение средняя общеобразовательная школа № 11 с углубленным изучением английского языка им. Уруймагова М.З. (г. Владикавказ)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14.  </w:t>
      </w:r>
      <w:r>
        <w:rPr>
          <w:sz w:val="21"/>
        </w:rPr>
        <w:t>Муниципальное бюджетное общеобразовательное учреждение – средняя общеобразовательная школа №2 имени А.С.Пушкина г. Моздока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15.  </w:t>
      </w:r>
      <w:r>
        <w:rPr>
          <w:sz w:val="21"/>
        </w:rPr>
        <w:t>Муниципальное бюджетное общеобразовательное учреждение – средняя общеобразовательная школа №108 им. Ю.В. Андропова г. Моздока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16.  </w:t>
      </w:r>
      <w:r>
        <w:rPr>
          <w:sz w:val="21"/>
        </w:rPr>
        <w:t>Муниципальное бюджетное общеобразовательное учреждение средняя общеобразовательная школа №3 г. Моздока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17.  </w:t>
      </w:r>
      <w:r>
        <w:rPr>
          <w:sz w:val="21"/>
        </w:rPr>
        <w:t>Государственное бюджетное общеобразовательное учреждение средняя общеобразовательная школа г. Беслан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18.  </w:t>
      </w:r>
      <w:r>
        <w:rPr>
          <w:sz w:val="21"/>
        </w:rPr>
        <w:t>Муниципальное бюджетное общеобразовательной учреждение средняя общеобразовательная школа №27 (г. Владикавказ)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19.  </w:t>
      </w:r>
      <w:r>
        <w:rPr>
          <w:sz w:val="21"/>
        </w:rPr>
        <w:t>Муниципальное бюджетное общеобразовательное учреждение – средняя общеобразовательная школа с углублённым изучением английского языка №1 г. Моздока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20.  </w:t>
      </w:r>
      <w:r>
        <w:rPr>
          <w:sz w:val="21"/>
        </w:rPr>
        <w:t>Государственное бюджетное общеобразовательное учреждение средняя общеобразовательная школа № 47 (г. Владикавказ)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21.  </w:t>
      </w:r>
      <w:r>
        <w:rPr>
          <w:sz w:val="21"/>
        </w:rPr>
        <w:t>Муниципальное бюджетное общеобразовательной учреждение средняя общеобразовательная школа № 46 (г. Владикавказ)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22.  </w:t>
      </w:r>
      <w:r>
        <w:rPr>
          <w:sz w:val="21"/>
        </w:rPr>
        <w:t>Государственное бюджетное общеобразовательное учреждение «Гимназия «Диалог»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23.  </w:t>
      </w:r>
      <w:r>
        <w:rPr>
          <w:sz w:val="21"/>
        </w:rPr>
        <w:t>Муниципальное бюджетное общеобразовательное учреждение средняя общеобразовательная школа №22 имени полного кавалера Ордена Славы Коняева Виктора Михайловича (г. Владикавказ)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24.  </w:t>
      </w:r>
      <w:r>
        <w:rPr>
          <w:sz w:val="21"/>
        </w:rPr>
        <w:t>Муниципальное бюджетное общеобразовательное учреждение гимназия №45 имени Жоржа Дюмезиля (г. Владикавказ)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25.  </w:t>
      </w:r>
      <w:r>
        <w:rPr>
          <w:sz w:val="21"/>
        </w:rPr>
        <w:t>Муниципальное бюджетное общеобразовательное учреждение – средняя общеобразовательная школа № 8 г. Моздока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26.  </w:t>
      </w:r>
      <w:r>
        <w:rPr>
          <w:sz w:val="21"/>
        </w:rPr>
        <w:t>Муниципальное бюджетное общеобразовательное учреждение «Средняя общеобразовательная школа №6 имени Героя России г. Беслана»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27.  </w:t>
      </w:r>
      <w:r>
        <w:rPr>
          <w:sz w:val="21"/>
        </w:rPr>
        <w:t>Государственное бюджетное общеобразовательное учреждение средняя общеобразовательная школа №8 г. Беслан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28.  </w:t>
      </w:r>
      <w:r>
        <w:rPr>
          <w:sz w:val="21"/>
        </w:rPr>
        <w:t>Муниципальное бюджетное общеобразовательное учреждение средняя общеобразовательная школа №2 им. А.Н.Кесаева г. Дигоры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29.  </w:t>
      </w:r>
      <w:r>
        <w:rPr>
          <w:sz w:val="21"/>
        </w:rPr>
        <w:t>Муниципальное бюджетное общеобразовательное учреждение средняя общеобразовательная школа №41 (г. Владикавказ)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30.  </w:t>
      </w:r>
      <w:r>
        <w:rPr>
          <w:sz w:val="21"/>
        </w:rPr>
        <w:t>Муниципальное бюджетное общеобразовательное учреждение средняя общеобразовательная школа №3 г. Ардона</w:t>
      </w:r>
    </w:p>
    <w:p>
      <w:r>
        <w:br w:type="page"/>
      </w:r>
    </w:p>
    <w:p>
      <w:pPr>
        <w:spacing w:after="120"/>
        <w:jc w:val="center"/>
      </w:pPr>
      <w:r>
        <w:rPr>
          <w:rFonts w:ascii="Aptos Display" w:hAnsi="Aptos Display"/>
          <w:b/>
          <w:sz w:val="40"/>
        </w:rPr>
        <w:t>30 ЛУЧШИХ ШКОЛ</w:t>
      </w:r>
    </w:p>
    <w:p>
      <w:pPr>
        <w:spacing w:after="360"/>
        <w:jc w:val="center"/>
      </w:pPr>
      <w:r>
        <w:rPr>
          <w:i/>
          <w:sz w:val="22"/>
        </w:rPr>
        <w:t>по итогам 2022–2023 учебного года</w:t>
      </w:r>
    </w:p>
    <w:p>
      <w:pPr>
        <w:spacing w:before="280" w:after="160"/>
        <w:shd w:fill="E9EEF5"/>
      </w:pPr>
      <w:r>
        <w:rPr>
          <w:rFonts w:ascii="Aptos Display" w:hAnsi="Aptos Display"/>
          <w:b/>
          <w:sz w:val="30"/>
        </w:rPr>
        <w:t>30 лучших школ, расположенных в сельской местности</w:t>
      </w:r>
    </w:p>
    <w:p>
      <w:r>
        <w:rPr>
          <w:i/>
        </w:rPr>
        <w:t>По итогам 2022–2023 учебного года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1.  </w:t>
      </w:r>
      <w:r>
        <w:rPr>
          <w:sz w:val="21"/>
        </w:rPr>
        <w:t>Муниципальное бюджетное общеобразовательное учреждение – средняя общеобразовательная школа имени Героя Советского Союза Н.Д. Дронова с. Троицкого (Моздокский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2.  </w:t>
      </w:r>
      <w:r>
        <w:rPr>
          <w:sz w:val="21"/>
        </w:rPr>
        <w:t>Муниципальное бюджетное общеобразовательное учреждение «Средняя общеобразовательная школа №1им. Заслуженного учителя РФ. А. А. Агаева с. Камбилеевское» (Пригородный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3.  </w:t>
      </w:r>
      <w:r>
        <w:rPr>
          <w:sz w:val="21"/>
        </w:rPr>
        <w:t>Муниципальное бюджетное общеобразовательное учреждение «Средняя общеобразовательная школа 2 ст. Архонская» (Пригородный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4.  </w:t>
      </w:r>
      <w:r>
        <w:rPr>
          <w:sz w:val="21"/>
        </w:rPr>
        <w:t>Муниципальное казенное общеобразовательное учреждение средняя общеобразовательная школа №2 имени Героя Советского Союза Х.З.Мильдзихова с. Эльхотово (Кировский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5.  </w:t>
      </w:r>
      <w:r>
        <w:rPr>
          <w:sz w:val="21"/>
        </w:rPr>
        <w:t>Муниципальное бюджетное общеобразовательное учреждение средняя общеобразовательная школа имени Героя Советского Союза И.Я.Филько ст. Павлодольской (Моздокский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6.  </w:t>
      </w:r>
      <w:r>
        <w:rPr>
          <w:sz w:val="21"/>
        </w:rPr>
        <w:t>Муниципальное бюджетное общеобразовательное учреждение – средняя общеобразовательная школа ст. Луковской имени С.Г.Астанина (Моздокский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7.  </w:t>
      </w:r>
      <w:r>
        <w:rPr>
          <w:sz w:val="21"/>
        </w:rPr>
        <w:t>Муниципальное бюджетное общеобразовательное учреждение средняя общеобразовательная школа №3 имени Героя Советского Союза К.Д.Карсанова с. Эльхотово (Кировский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8.  </w:t>
      </w:r>
      <w:r>
        <w:rPr>
          <w:sz w:val="21"/>
        </w:rPr>
        <w:t>Муниципальное бюджетное общеобразовательное учреждение «Средняя общеобразовательная школа №1 им. Героя Советского Союза П.В.Масленникова ст. Архонская» (Пригородный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9.  </w:t>
      </w:r>
      <w:r>
        <w:rPr>
          <w:sz w:val="21"/>
        </w:rPr>
        <w:t>Муниципальное бюджетное общеобразовательное учреждение средняя общеобразовательная школа №1 имени Героя Советского Союза А.А.Бондаря ст. Змейская (Кировский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10.  </w:t>
      </w:r>
      <w:r>
        <w:rPr>
          <w:sz w:val="21"/>
        </w:rPr>
        <w:t>Муниципальное бюджетное общеобразовательное учреждение – средняя общеобразовательная школа 2 имени Дударова Амира Расуловича с. Кизляр (Моздокский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11.  </w:t>
      </w:r>
      <w:r>
        <w:rPr>
          <w:sz w:val="21"/>
        </w:rPr>
        <w:t>Муниципальное бюджетное общеобразовательное учреждение средняя общеобразовательная школа №1 им Героя Советского Союза А.А. Макоева с. Чикола (Ирафский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12.  </w:t>
      </w:r>
      <w:r>
        <w:rPr>
          <w:sz w:val="21"/>
        </w:rPr>
        <w:t>Муниципальное бюджетное общеобразовательное учреждение «Средняя общеобразовательная школа имени Героя Советского Союза Аркадия Михайловича Селютина с. Михайловское» (Пригородный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13.  </w:t>
      </w:r>
      <w:r>
        <w:rPr>
          <w:sz w:val="21"/>
        </w:rPr>
        <w:t>Муниципальное бюджетное общеобразовательное учреждение средняя общеобразовательная школа №2 ст. Змейская (Кировский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14.  </w:t>
      </w:r>
      <w:r>
        <w:rPr>
          <w:sz w:val="21"/>
        </w:rPr>
        <w:t>Муниципальное бюджетное общеобразовательное учреждение «Средняя общеобразовательная школа №1 с. Октябрьское» (Пригородный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15.  </w:t>
      </w:r>
      <w:r>
        <w:rPr>
          <w:sz w:val="21"/>
        </w:rPr>
        <w:t>Муниципальное бюджетное общеобразовательное учреждение средняя общеобразовательная школа пос. В. Фиагдон (Алагирский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16.  </w:t>
      </w:r>
      <w:r>
        <w:rPr>
          <w:sz w:val="21"/>
        </w:rPr>
        <w:t>Муниципальное бюджетное общеобразовательное учреждение – средняя общеобразовательная школа №1 имени младшего сержанта Айдарова Рустама Руслановича с. Кизляр (Моздокский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17.  </w:t>
      </w:r>
      <w:r>
        <w:rPr>
          <w:sz w:val="21"/>
        </w:rPr>
        <w:t>Муниципальное бюджетное общеобразовательное учреждение – средняя общеобразовательная школа ст. Терской (Моздокский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18.  </w:t>
      </w:r>
      <w:r>
        <w:rPr>
          <w:sz w:val="21"/>
        </w:rPr>
        <w:t>Муниципальное бюджетное общеобразовательное учреждение «Средняя общеобразовательная школа им. И.С.Багаева с. Сунжа» (Пригородный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19.  </w:t>
      </w:r>
      <w:r>
        <w:rPr>
          <w:sz w:val="21"/>
        </w:rPr>
        <w:t>Муниципальное бюджетное общеобразовательное учреждение средняя общеобразовательная школа №3 им. Иса Хуадонти с. Чикола (Ирафский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20.  </w:t>
      </w:r>
      <w:r>
        <w:rPr>
          <w:sz w:val="21"/>
        </w:rPr>
        <w:t>Муниципальное бюджетное общеобразовательное учреждение средняя общеобразовательная школа пос. Мизур (Алагирский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21.  </w:t>
      </w:r>
      <w:r>
        <w:rPr>
          <w:sz w:val="21"/>
        </w:rPr>
        <w:t>Муниципальное бюджетное общеобразовательное учреждение средняя общеобразовательная школа им. М.Х.Караева с. Лескен (Ирафский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22.  </w:t>
      </w:r>
      <w:r>
        <w:rPr>
          <w:sz w:val="21"/>
        </w:rPr>
        <w:t>Муниципальное бюджетное общеобразовательное учреждение «Средняя общеобразовательная школа №2 имени Д. Доева с. Гизель» (Пригородный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23.  </w:t>
      </w:r>
      <w:r>
        <w:rPr>
          <w:sz w:val="21"/>
        </w:rPr>
        <w:t>Муниципальное бюджетное общеобразовательное учреждение «Средняя общеобразовательная школа №2 с. Ногир им. Х.Тотрова» (Пригородный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24.  </w:t>
      </w:r>
      <w:r>
        <w:rPr>
          <w:sz w:val="21"/>
        </w:rPr>
        <w:t>Муниципальное бюджетное общеобразовательное учреждение «Средняя общеобразовательная школа с. Красногор» (Ардонский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25.  </w:t>
      </w:r>
      <w:r>
        <w:rPr>
          <w:sz w:val="21"/>
        </w:rPr>
        <w:t>Муниципальное бюджетное общеобразовательное учреждение средняя общеобразовательная школа №1 с. Эльхотово (Кировский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26.  </w:t>
      </w:r>
      <w:r>
        <w:rPr>
          <w:sz w:val="21"/>
        </w:rPr>
        <w:t>Муниципальное бюджетное общеобразовательное учреждение средняя общеобразовательная школа с. Виноградное (Моздокский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27.  </w:t>
      </w:r>
      <w:r>
        <w:rPr>
          <w:sz w:val="21"/>
        </w:rPr>
        <w:t>Государственное бюджетное общеобразовательное учреждение «Санаторная школа-интернат имени генерал-майора Михаила Сандровича Бароева»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28.  </w:t>
      </w:r>
      <w:r>
        <w:rPr>
          <w:sz w:val="21"/>
        </w:rPr>
        <w:t>Муниципальное бюджетное общеобразовательных учреждение средняя общеобразовательная школа с. Дзуарикау (Алагирский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29.  </w:t>
      </w:r>
      <w:r>
        <w:rPr>
          <w:sz w:val="21"/>
        </w:rPr>
        <w:t>Муниципальное бюджетное общеобразовательное учреждение «Средняя общеобразовательная школа №1 им. А.Коцоева с. Гизель» (Пригородный район)</w:t>
      </w:r>
    </w:p>
    <w:p>
      <w:pPr>
        <w:spacing w:after="100" w:line="259" w:lineRule="auto"/>
        <w:ind w:left="397" w:hanging="397"/>
      </w:pPr>
      <w:r>
        <w:rPr>
          <w:b/>
          <w:sz w:val="21"/>
        </w:rPr>
        <w:t xml:space="preserve">30.  </w:t>
      </w:r>
      <w:r>
        <w:rPr>
          <w:sz w:val="21"/>
        </w:rPr>
        <w:t>Муниципальное бюджетное общеобразовательное учреждение основная общеобразовательная школа пос. Рамоново (Алагирский район)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2022–2023 учебный год  •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sz w:val="16"/>
      </w:rPr>
      <w:t>РЕЙТИНГ ОБЩЕОБРАЗОВАТЕЛЬНЫХ ОРГАНИЗАЦИЙ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